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520"/>
      </w:tblGrid>
      <w:tr>
        <w:tc>
          <w:tcPr>
            <w:tcW w:type="dxa" w:w="5141"/>
            <w:shd w:fill="071A35"/>
            <w:tcMar>
              <w:top w:w="220" w:type="dxa"/>
              <w:start w:w="230" w:type="dxa"/>
              <w:bottom w:w="220" w:type="dxa"/>
              <w:end w:w="230" w:type="dxa"/>
            </w:tcMar>
          </w:tcPr>
          <w:p>
            <w:r>
              <w:rPr>
                <w:rFonts w:ascii="Aptos Display" w:hAnsi="Aptos Display"/>
                <w:b/>
                <w:color w:val="FFFFFF"/>
                <w:sz w:val="36"/>
              </w:rPr>
              <w:t>RESEARCH CONFERENCE FULL PAPER</w:t>
            </w:r>
          </w:p>
          <w:p>
            <w:r>
              <w:rPr>
                <w:color w:val="D2E2FF"/>
                <w:sz w:val="18"/>
              </w:rPr>
              <w:t>Modern author-traceable paper template</w:t>
            </w:r>
            <w:r>
              <w:rPr>
                <w:color w:val="D2E2FF"/>
                <w:sz w:val="18"/>
              </w:rPr>
            </w:r>
          </w:p>
        </w:tc>
        <w:tc>
          <w:tcPr>
            <w:tcW w:type="dxa" w:w="5141"/>
            <w:shd w:fill="315CEB"/>
            <w:tcMar>
              <w:top w:w="220" w:type="dxa"/>
              <w:start w:w="160" w:type="dxa"/>
              <w:bottom w:w="2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[CODE]</w:t>
            </w:r>
          </w:p>
          <w:p>
            <w:pPr>
              <w:jc w:val="center"/>
            </w:pPr>
            <w:r>
              <w:rPr>
                <w:color w:val="E6F0FF"/>
                <w:sz w:val="16"/>
              </w:rPr>
              <w:t>Current edition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071A35"/>
          <w:sz w:val="44"/>
        </w:rPr>
        <w:t>[FULL PAPER TITLE]</w:t>
      </w:r>
    </w:p>
    <w:p>
      <w:pPr>
        <w:jc w:val="center"/>
      </w:pPr>
      <w:r>
        <w:rPr>
          <w:color w:val="315CEB"/>
          <w:sz w:val="22"/>
        </w:rPr>
        <w:t>[Author 1]¹*, [Author 2]², [Author 3]¹</w:t>
      </w:r>
    </w:p>
    <w:p>
      <w:pPr>
        <w:jc w:val="center"/>
      </w:pPr>
      <w:r>
        <w:t>¹ Department, Institution, City, Country   •   ² Department, Institution, City, Country</w:t>
      </w:r>
    </w:p>
    <w:p>
      <w:pPr>
        <w:jc w:val="center"/>
      </w:pPr>
      <w:r>
        <w:rPr>
          <w:color w:val="607087"/>
          <w:sz w:val="18"/>
        </w:rPr>
        <w:t>* Corresponding author: name@institution.edu | ORCID: 0000-0000-0000-0000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CONFERENCE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[CONFERENCE TITLE]</w:t>
            </w:r>
          </w:p>
        </w:tc>
      </w:tr>
      <w:tr>
        <w:tc>
          <w:tcPr>
            <w:tcW w:type="dxa" w:w="5141"/>
            <w:shd w:fill="F5F8FC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CONFERENCE CODE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[CODE]</w:t>
            </w:r>
          </w:p>
        </w:tc>
      </w:tr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SUBMISSION ID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[ID]</w:t>
            </w:r>
          </w:p>
        </w:tc>
      </w:tr>
      <w:tr>
        <w:tc>
          <w:tcPr>
            <w:tcW w:type="dxa" w:w="5141"/>
            <w:shd w:fill="F5F8FC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PAPER TYPE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Original research / Review / Short communication</w:t>
            </w:r>
          </w:p>
        </w:tc>
      </w:tr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PRESENTATION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In-person / Virtual / Poster</w:t>
            </w:r>
          </w:p>
        </w:tc>
      </w:tr>
    </w:tbl>
    <w:p>
      <w:pPr>
        <w:spacing w:after="0"/>
      </w:pPr>
    </w:p>
    <w:p>
      <w:pPr>
        <w:pStyle w:val="Heading1"/>
      </w:pPr>
      <w:r>
        <w:t>Abstract</w:t>
      </w:r>
    </w:p>
    <w:p>
      <w:r>
        <w:t>Write a self-contained abstract that summarises the objective, methods, main results and conclusion. Avoid citations in the abstract where possible.</w:t>
      </w:r>
    </w:p>
    <w:p>
      <w:r>
        <w:rPr>
          <w:b/>
        </w:rPr>
        <w:t>Keywords: [3–6 searchable keywords]</w:t>
      </w:r>
    </w:p>
    <w:p>
      <w:pPr>
        <w:pStyle w:val="Heading1"/>
      </w:pPr>
      <w:r>
        <w:t>1. Introduction</w:t>
      </w:r>
    </w:p>
    <w:p>
      <w:r>
        <w:t>Introduce the context, state the research gap, define the objective and identify the contribution.</w:t>
      </w:r>
    </w:p>
    <w:p>
      <w:pPr>
        <w:pStyle w:val="Heading1"/>
      </w:pPr>
      <w:r>
        <w:t>2. Materials and Methods / Methodology</w:t>
      </w:r>
    </w:p>
    <w:p>
      <w:r>
        <w:t>Describe data, materials, experiments, computational methods, models or analytical procedures so the work can be understood and assessed.</w:t>
      </w:r>
    </w:p>
    <w:p>
      <w:pPr>
        <w:pStyle w:val="Heading1"/>
      </w:pPr>
      <w:r>
        <w:t>3. Results</w:t>
      </w:r>
    </w:p>
    <w:p>
      <w:r>
        <w:t>Present the principal findings in a logical order. Use editable tables and high-quality figures where useful.</w:t>
      </w:r>
    </w:p>
    <w:p>
      <w:pPr>
        <w:pStyle w:val="Heading1"/>
      </w:pPr>
      <w:r>
        <w:t>4. Discussion</w:t>
      </w:r>
    </w:p>
    <w:p>
      <w:r>
        <w:t>Interpret the findings, compare them with relevant literature, explain implications and acknowledge limitations.</w:t>
      </w:r>
    </w:p>
    <w:p>
      <w:pPr>
        <w:pStyle w:val="Heading1"/>
      </w:pPr>
      <w:r>
        <w:t>5. Conclusion</w:t>
      </w:r>
    </w:p>
    <w:p>
      <w:r>
        <w:t>Summarise the main contribution, practical or scientific significance and possible future work.</w:t>
      </w:r>
    </w:p>
    <w:p>
      <w:pPr>
        <w:pStyle w:val="Heading1"/>
      </w:pPr>
      <w:r>
        <w:t>Author Contributions</w:t>
      </w:r>
    </w:p>
    <w:p>
      <w:r>
        <w:t>Example: Conceptualization—A.B.; Methodology—A.B., C.D.; Analysis—C.D.; Writing—A.B.; Review—All authors.</w:t>
      </w:r>
    </w:p>
    <w:p>
      <w:pPr>
        <w:pStyle w:val="Heading1"/>
      </w:pPr>
      <w:r>
        <w:t>Funding</w:t>
      </w:r>
    </w:p>
    <w:p>
      <w:r>
        <w:t>State funding source and grant number, or “No external funding.”</w:t>
      </w:r>
    </w:p>
    <w:p>
      <w:pPr>
        <w:pStyle w:val="Heading1"/>
      </w:pPr>
      <w:r>
        <w:t>Ethics / Consent</w:t>
      </w:r>
    </w:p>
    <w:p>
      <w:r>
        <w:t>Add approval identifier / consent statement where applicable, or state “Not applicable.”</w:t>
      </w:r>
    </w:p>
    <w:p>
      <w:pPr>
        <w:pStyle w:val="Heading1"/>
      </w:pPr>
      <w:r>
        <w:t>Data Availability</w:t>
      </w:r>
    </w:p>
    <w:p>
      <w:r>
        <w:t>State how supporting data may be accessed, or why it cannot be shared.</w:t>
      </w:r>
    </w:p>
    <w:p>
      <w:pPr>
        <w:pStyle w:val="Heading1"/>
      </w:pPr>
      <w:r>
        <w:t>Conflicts of Interest</w:t>
      </w:r>
    </w:p>
    <w:p>
      <w:r>
        <w:t>Declare conflicts or state “The authors declare no conflict of interest.”</w:t>
      </w:r>
    </w:p>
    <w:p>
      <w:pPr>
        <w:pStyle w:val="Heading1"/>
      </w:pPr>
      <w:r>
        <w:t>AI Assistance Disclosure</w:t>
      </w:r>
    </w:p>
    <w:p>
      <w:r>
        <w:t>Disclose substantial generative-AI assistance where applicable. Human authors remain responsible for accuracy and integrity.</w:t>
      </w:r>
    </w:p>
    <w:p>
      <w:pPr>
        <w:pStyle w:val="Heading1"/>
      </w:pPr>
      <w:r>
        <w:t>References</w:t>
      </w:r>
    </w:p>
    <w:p>
      <w:r>
        <w:t>Use one consistent scholarly reference style. Follow conference instructions when a specific style is required.</w:t>
      </w:r>
    </w:p>
    <w:p>
      <w:pPr>
        <w:pStyle w:val="Heading1"/>
      </w:pPr>
      <w:r>
        <w:t>Figure / Table Example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3427"/>
            <w:shd w:fill="071A35"/>
          </w:tcPr>
          <w:p>
            <w:r>
              <w:rPr>
                <w:b/>
                <w:color w:val="FFFFFF"/>
              </w:rPr>
              <w:t>Parameter</w:t>
            </w:r>
          </w:p>
        </w:tc>
        <w:tc>
          <w:tcPr>
            <w:tcW w:type="dxa" w:w="3427"/>
            <w:shd w:fill="071A35"/>
          </w:tcPr>
          <w:p>
            <w:r>
              <w:rPr>
                <w:b/>
                <w:color w:val="FFFFFF"/>
              </w:rPr>
              <w:t>Method A</w:t>
            </w:r>
          </w:p>
        </w:tc>
        <w:tc>
          <w:tcPr>
            <w:tcW w:type="dxa" w:w="3427"/>
            <w:shd w:fill="071A35"/>
          </w:tcPr>
          <w:p>
            <w:r>
              <w:rPr>
                <w:b/>
                <w:color w:val="FFFFFF"/>
              </w:rPr>
              <w:t>Method B</w:t>
            </w:r>
          </w:p>
        </w:tc>
      </w:tr>
      <w:tr>
        <w:tc>
          <w:tcPr>
            <w:tcW w:type="dxa" w:w="3427"/>
          </w:tcPr>
          <w:p>
            <w:r>
              <w:t>Metric</w:t>
            </w:r>
          </w:p>
        </w:tc>
        <w:tc>
          <w:tcPr>
            <w:tcW w:type="dxa" w:w="3427"/>
          </w:tcPr>
          <w:p>
            <w:r>
              <w:t>Value</w:t>
            </w:r>
          </w:p>
        </w:tc>
        <w:tc>
          <w:tcPr>
            <w:tcW w:type="dxa" w:w="3427"/>
          </w:tcPr>
          <w:p>
            <w:r>
              <w:t>Value</w:t>
            </w:r>
          </w:p>
        </w:tc>
      </w:tr>
    </w:tbl>
    <w:p>
      <w:pPr>
        <w:jc w:val="center"/>
      </w:pPr>
      <w:r>
        <w:rPr>
          <w:i/>
        </w:rPr>
        <w:t>Figure 1. Replace this line with a concise, self-contained figure caption.</w:t>
      </w:r>
    </w:p>
    <w:sectPr w:rsidR="00FC693F" w:rsidRPr="0006063C" w:rsidSect="00034616">
      <w:footerReference w:type="default" r:id="rId9"/>
      <w:pgSz w:w="12240" w:h="15840"/>
      <w:pgMar w:top="893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087"/>
        <w:sz w:val="16"/>
      </w:rPr>
      <w:t xml:space="preserve">[CONFERENCE CODE]  •  Author template  •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24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15CE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71A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