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16"/>
        <w:gridCol w:w="2520"/>
      </w:tblGrid>
      <w:tr>
        <w:tc>
          <w:tcPr>
            <w:tcW w:type="dxa" w:w="5141"/>
            <w:shd w:fill="071A35"/>
            <w:tcMar>
              <w:top w:w="220" w:type="dxa"/>
              <w:start w:w="230" w:type="dxa"/>
              <w:bottom w:w="220" w:type="dxa"/>
              <w:end w:w="230" w:type="dxa"/>
            </w:tcMar>
          </w:tcPr>
          <w:p>
            <w:r>
              <w:rPr>
                <w:rFonts w:ascii="Aptos Display" w:hAnsi="Aptos Display"/>
                <w:b/>
                <w:color w:val="FFFFFF"/>
                <w:sz w:val="36"/>
              </w:rPr>
              <w:t>RESEARCH CONFERENCE ABSTRACT</w:t>
            </w:r>
          </w:p>
          <w:p>
            <w:r>
              <w:rPr>
                <w:color w:val="D2E2FF"/>
                <w:sz w:val="18"/>
              </w:rPr>
              <w:t>Professional abstract + author identity template</w:t>
            </w:r>
            <w:r>
              <w:rPr>
                <w:color w:val="D2E2FF"/>
                <w:sz w:val="18"/>
              </w:rPr>
            </w:r>
          </w:p>
        </w:tc>
        <w:tc>
          <w:tcPr>
            <w:tcW w:type="dxa" w:w="5141"/>
            <w:shd w:fill="315CEB"/>
            <w:tcMar>
              <w:top w:w="220" w:type="dxa"/>
              <w:start w:w="160" w:type="dxa"/>
              <w:bottom w:w="220" w:type="dxa"/>
              <w:end w:w="1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6"/>
              </w:rPr>
              <w:t>[CODE]</w:t>
            </w:r>
          </w:p>
          <w:p>
            <w:pPr>
              <w:jc w:val="center"/>
            </w:pPr>
            <w:r>
              <w:rPr>
                <w:color w:val="E6F0FF"/>
                <w:sz w:val="16"/>
              </w:rPr>
              <w:t>Current edition</w:t>
            </w:r>
          </w:p>
        </w:tc>
      </w:tr>
    </w:tbl>
    <w:p>
      <w:pPr>
        <w:spacing w:after="0"/>
      </w:pPr>
    </w:p>
    <w:p>
      <w:pPr>
        <w:jc w:val="center"/>
      </w:pPr>
      <w:r>
        <w:rPr>
          <w:b/>
          <w:color w:val="315CEB"/>
          <w:sz w:val="24"/>
        </w:rPr>
        <w:t>[CONFERENCE TITLE]</w:t>
      </w:r>
    </w:p>
    <w:p>
      <w:pPr>
        <w:jc w:val="center"/>
      </w:pPr>
      <w:r>
        <w:rPr>
          <w:b/>
          <w:color w:val="071A35"/>
          <w:sz w:val="38"/>
        </w:rPr>
        <w:t>ABSTRACT TITLE: replace with a concise, searchable research title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984"/>
      </w:tblGrid>
      <w:tr>
        <w:tc>
          <w:tcPr>
            <w:tcW w:type="dxa" w:w="5141"/>
            <w:shd w:fill="EAF4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SUBMISSION ID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[assigned by conference / leave blank before submission]</w:t>
            </w:r>
          </w:p>
        </w:tc>
      </w:tr>
      <w:tr>
        <w:tc>
          <w:tcPr>
            <w:tcW w:type="dxa" w:w="5141"/>
            <w:shd w:fill="F5F8FC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CORRESPONDING AUTHOR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Dr / Prof / Mr / Ms [Full Name]</w:t>
            </w:r>
          </w:p>
        </w:tc>
      </w:tr>
      <w:tr>
        <w:tc>
          <w:tcPr>
            <w:tcW w:type="dxa" w:w="5141"/>
            <w:shd w:fill="EAF4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EMAIL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name@institution.edu</w:t>
            </w:r>
          </w:p>
        </w:tc>
      </w:tr>
      <w:tr>
        <w:tc>
          <w:tcPr>
            <w:tcW w:type="dxa" w:w="5141"/>
            <w:shd w:fill="F5F8FC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ORCID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0000-0000-0000-0000</w:t>
            </w:r>
          </w:p>
        </w:tc>
      </w:tr>
      <w:tr>
        <w:tc>
          <w:tcPr>
            <w:tcW w:type="dxa" w:w="5141"/>
            <w:shd w:fill="EAF4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b/>
                <w:color w:val="315CEB"/>
                <w:sz w:val="16"/>
              </w:rPr>
              <w:t>PRIMARY AFFILIATION</w:t>
            </w:r>
          </w:p>
        </w:tc>
        <w:tc>
          <w:tcPr>
            <w:tcW w:type="dxa" w:w="5141"/>
            <w:shd w:fill="FFFFFF"/>
            <w:tcMar>
              <w:top w:w="100" w:type="dxa"/>
              <w:start w:w="130" w:type="dxa"/>
              <w:bottom w:w="100" w:type="dxa"/>
              <w:end w:w="130" w:type="dxa"/>
            </w:tcMar>
            <w:vAlign w:val="center"/>
          </w:tcPr>
          <w:p>
            <w:r>
              <w:rPr>
                <w:color w:val="11243F"/>
                <w:sz w:val="19"/>
              </w:rPr>
              <w:t>Department, Institution, City, Country</w:t>
            </w:r>
          </w:p>
        </w:tc>
      </w:tr>
    </w:tbl>
    <w:p>
      <w:pPr>
        <w:spacing w:after="0"/>
      </w:pPr>
    </w:p>
    <w:p>
      <w:pPr>
        <w:pStyle w:val="Heading1"/>
      </w:pPr>
      <w:r>
        <w:t>Author &amp; Affiliation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56"/>
        <w:gridCol w:w="2056"/>
        <w:gridCol w:w="2056"/>
        <w:gridCol w:w="2056"/>
        <w:gridCol w:w="2056"/>
      </w:tblGrid>
      <w:tr>
        <w:tc>
          <w:tcPr>
            <w:tcW w:type="dxa" w:w="2056"/>
            <w:shd w:fill="071A35"/>
          </w:tcPr>
          <w:p>
            <w:r>
              <w:rPr>
                <w:b/>
                <w:color w:val="FFFFFF"/>
                <w:sz w:val="16"/>
              </w:rPr>
              <w:t>Author order</w:t>
            </w:r>
          </w:p>
        </w:tc>
        <w:tc>
          <w:tcPr>
            <w:tcW w:type="dxa" w:w="2056"/>
            <w:shd w:fill="071A35"/>
          </w:tcPr>
          <w:p>
            <w:r>
              <w:rPr>
                <w:b/>
                <w:color w:val="FFFFFF"/>
                <w:sz w:val="16"/>
              </w:rPr>
              <w:t>Full name</w:t>
            </w:r>
          </w:p>
        </w:tc>
        <w:tc>
          <w:tcPr>
            <w:tcW w:type="dxa" w:w="2056"/>
            <w:shd w:fill="071A35"/>
          </w:tcPr>
          <w:p>
            <w:r>
              <w:rPr>
                <w:b/>
                <w:color w:val="FFFFFF"/>
                <w:sz w:val="16"/>
              </w:rPr>
              <w:t>Affiliation ID</w:t>
            </w:r>
          </w:p>
        </w:tc>
        <w:tc>
          <w:tcPr>
            <w:tcW w:type="dxa" w:w="2056"/>
            <w:shd w:fill="071A35"/>
          </w:tcPr>
          <w:p>
            <w:r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type="dxa" w:w="2056"/>
            <w:shd w:fill="071A35"/>
          </w:tcPr>
          <w:p>
            <w:r>
              <w:rPr>
                <w:b/>
                <w:color w:val="FFFFFF"/>
                <w:sz w:val="16"/>
              </w:rPr>
              <w:t>ORCID</w:t>
            </w:r>
          </w:p>
        </w:tc>
      </w:tr>
      <w:tr>
        <w:tc>
          <w:tcPr>
            <w:tcW w:type="dxa" w:w="2056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[Author 1]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author1@email.com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0000-0000-0000-0000</w:t>
            </w:r>
          </w:p>
        </w:tc>
      </w:tr>
      <w:tr>
        <w:tc>
          <w:tcPr>
            <w:tcW w:type="dxa" w:w="2056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[Author 2]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author2@email.com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0000-0000-0000-0000</w:t>
            </w:r>
          </w:p>
        </w:tc>
      </w:tr>
      <w:tr>
        <w:tc>
          <w:tcPr>
            <w:tcW w:type="dxa" w:w="2056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[Author 3]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author3@email.com</w:t>
            </w:r>
          </w:p>
        </w:tc>
        <w:tc>
          <w:tcPr>
            <w:tcW w:type="dxa" w:w="2056"/>
          </w:tcPr>
          <w:p>
            <w:r>
              <w:rPr>
                <w:sz w:val="17"/>
              </w:rPr>
              <w:t>0000-0000-0000-0000</w:t>
            </w:r>
          </w:p>
        </w:tc>
      </w:tr>
    </w:tbl>
    <w:p>
      <w:pPr>
        <w:spacing w:after="160"/>
      </w:pPr>
      <w:r>
        <w:t>Affiliation 1: [Department, Institution, City, Country]</w:t>
        <w:br/>
        <w:t>Affiliation 2: [Department, Institution, City, Country]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5F8F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315CEB"/>
                <w:sz w:val="18"/>
              </w:rPr>
              <w:t>BACKGROUND / OBJECTIVE</w:t>
            </w:r>
          </w:p>
          <w:p>
            <w:pPr>
              <w:spacing w:after="0"/>
            </w:pPr>
            <w:r>
              <w:rPr>
                <w:color w:val="11243F"/>
                <w:sz w:val="19"/>
              </w:rPr>
              <w:t>State the research problem, gap and objective in 2–4 concise sentences.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5F8F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315CEB"/>
                <w:sz w:val="18"/>
              </w:rPr>
              <w:t>METHODS / APPROACH</w:t>
            </w:r>
          </w:p>
          <w:p>
            <w:pPr>
              <w:spacing w:after="0"/>
            </w:pPr>
            <w:r>
              <w:rPr>
                <w:color w:val="11243F"/>
                <w:sz w:val="19"/>
              </w:rPr>
              <w:t>Summarise the design, data, materials, analytical approach, model or experimental method.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5F8F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315CEB"/>
                <w:sz w:val="18"/>
              </w:rPr>
              <w:t>RESULTS / MAIN FINDINGS</w:t>
            </w:r>
          </w:p>
          <w:p>
            <w:pPr>
              <w:spacing w:after="0"/>
            </w:pPr>
            <w:r>
              <w:rPr>
                <w:color w:val="11243F"/>
                <w:sz w:val="19"/>
              </w:rPr>
              <w:t>Report the principal evidence or expected findings. Include quantitative values where appropriate.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5F8F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315CEB"/>
                <w:sz w:val="18"/>
              </w:rPr>
              <w:t>CONCLUSION / SIGNIFICANCE</w:t>
            </w:r>
          </w:p>
          <w:p>
            <w:pPr>
              <w:spacing w:after="0"/>
            </w:pPr>
            <w:r>
              <w:rPr>
                <w:color w:val="11243F"/>
                <w:sz w:val="19"/>
              </w:rPr>
              <w:t>State what the findings mean and why they matter to the conference audience.</w:t>
            </w:r>
          </w:p>
        </w:tc>
      </w:tr>
    </w:tbl>
    <w:p>
      <w:pPr>
        <w:spacing w:after="0"/>
      </w:pPr>
    </w:p>
    <w:p>
      <w:pPr>
        <w:pStyle w:val="Heading2"/>
      </w:pPr>
      <w:r>
        <w:t>Keywords</w:t>
      </w:r>
    </w:p>
    <w:p>
      <w:r>
        <w:t>[Keyword 1]; [Keyword 2]; [Keyword 3]; [Keyword 4]; [Keyword 5]</w:t>
      </w:r>
    </w:p>
    <w:p>
      <w:pPr>
        <w:pStyle w:val="Heading2"/>
      </w:pPr>
      <w:r>
        <w:t>Submission Declarations</w:t>
      </w:r>
    </w:p>
    <w:p>
      <w:r>
        <w:t>☐ All listed authors approved this submission.   ☐ The work is original and properly attributed.</w:t>
        <w:br/>
        <w:t>☐ Conflicts / funding are disclosed where relevant.   ☐ Ethics / consent requirements have been addressed where applicable.</w:t>
      </w:r>
    </w:p>
    <w:p>
      <w:r>
        <w:rPr>
          <w:i/>
        </w:rPr>
        <w:t>Recommended length: 250–350 words unless the conference page specifies otherwise.</w:t>
      </w:r>
    </w:p>
    <w:sectPr w:rsidR="00FC693F" w:rsidRPr="0006063C" w:rsidSect="00034616">
      <w:footerReference w:type="default" r:id="rId9"/>
      <w:pgSz w:w="12240" w:h="15840"/>
      <w:pgMar w:top="893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7087"/>
        <w:sz w:val="16"/>
      </w:rPr>
      <w:t xml:space="preserve">[CONFERENCE CODE]  •  Author template  •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243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315CE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71A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